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150652">
        <w:trPr>
          <w:jc w:val="center"/>
        </w:trPr>
        <w:tc>
          <w:tcPr>
            <w:tcW w:w="9360" w:type="dxa"/>
            <w:shd w:val="clear" w:color="auto" w:fill="1F4E78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150652" w:rsidRDefault="00152327">
            <w:pPr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 xml:space="preserve"> “NUOVE STRADE: IN VIAGGIO VERSO L’AUTONOMIA”</w:t>
            </w:r>
          </w:p>
          <w:p w:rsidR="00150652" w:rsidRDefault="00152327">
            <w:pPr>
              <w:jc w:val="center"/>
            </w:pPr>
            <w:r>
              <w:rPr>
                <w:rFonts w:ascii="Arial" w:hAnsi="Arial"/>
                <w:color w:val="DCE6F2"/>
                <w:sz w:val="19"/>
              </w:rPr>
              <w:t>Promosso da Cooperativa Sociale Il Raggio Verde e ITAS Mutua</w:t>
            </w:r>
          </w:p>
        </w:tc>
      </w:tr>
    </w:tbl>
    <w:p w:rsidR="00150652" w:rsidRDefault="00152327">
      <w:pPr>
        <w:spacing w:before="200" w:after="240"/>
        <w:jc w:val="center"/>
      </w:pPr>
      <w:r>
        <w:rPr>
          <w:rFonts w:ascii="Arial" w:hAnsi="Arial"/>
          <w:b/>
          <w:color w:val="1F4E78"/>
          <w:sz w:val="28"/>
        </w:rPr>
        <w:t>MODULO A — SCHEDA DI CANDIDATURA E DICHIARAZIONE DI INTENTI</w:t>
      </w:r>
      <w:r>
        <w:rPr>
          <w:rFonts w:ascii="Arial" w:hAnsi="Arial"/>
          <w:b/>
          <w:color w:val="1F4E78"/>
          <w:sz w:val="28"/>
        </w:rPr>
        <w:br/>
      </w:r>
      <w:r>
        <w:rPr>
          <w:rFonts w:ascii="Arial" w:hAnsi="Arial"/>
          <w:i/>
          <w:color w:val="505050"/>
          <w:sz w:val="20"/>
        </w:rPr>
        <w:t xml:space="preserve">(Da compilare a cura dell'Ente Inviante in </w:t>
      </w:r>
      <w:r>
        <w:rPr>
          <w:rFonts w:ascii="Arial" w:hAnsi="Arial"/>
          <w:i/>
          <w:color w:val="505050"/>
          <w:sz w:val="20"/>
        </w:rPr>
        <w:t>collaborazione con il/la candidato/a)</w:t>
      </w:r>
    </w:p>
    <w:p w:rsidR="00150652" w:rsidRDefault="00152327">
      <w:pPr>
        <w:keepNext/>
        <w:spacing w:before="280" w:after="80"/>
      </w:pPr>
      <w:r>
        <w:rPr>
          <w:rFonts w:ascii="Arial" w:hAnsi="Arial"/>
          <w:b/>
          <w:color w:val="1F4E78"/>
        </w:rPr>
        <w:t>SEZIONE 1 — DATI DELL'ENTE INVIANTE E REFERENTE DI PROGETTO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890"/>
      </w:tblGrid>
      <w:tr w:rsidR="00150652" w:rsidTr="00483952">
        <w:trPr>
          <w:jc w:val="center"/>
        </w:trPr>
        <w:tc>
          <w:tcPr>
            <w:tcW w:w="345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proofErr w:type="spellStart"/>
            <w:r>
              <w:rPr>
                <w:rFonts w:ascii="Arial" w:hAnsi="Arial"/>
                <w:b/>
                <w:sz w:val="19"/>
              </w:rPr>
              <w:t>Denominazione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9"/>
              </w:rPr>
              <w:t>Ente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9"/>
              </w:rPr>
              <w:t>Struttura</w:t>
            </w:r>
            <w:proofErr w:type="spellEnd"/>
            <w:r>
              <w:rPr>
                <w:rFonts w:ascii="Arial" w:hAnsi="Arial"/>
                <w:b/>
                <w:sz w:val="19"/>
              </w:rPr>
              <w:t>:</w:t>
            </w:r>
          </w:p>
        </w:tc>
        <w:tc>
          <w:tcPr>
            <w:tcW w:w="68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0652">
            <w:pPr>
              <w:spacing w:after="0"/>
            </w:pPr>
          </w:p>
        </w:tc>
      </w:tr>
      <w:tr w:rsidR="00150652" w:rsidTr="00483952">
        <w:trPr>
          <w:jc w:val="center"/>
        </w:trPr>
        <w:tc>
          <w:tcPr>
            <w:tcW w:w="345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Tipologia Ente / Servizio:</w:t>
            </w:r>
          </w:p>
        </w:tc>
        <w:tc>
          <w:tcPr>
            <w:tcW w:w="68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>[  ] Comunità Educativa    [  ] Casa Famiglia    [  ] Servizi Sociali    [  ] Altro</w:t>
            </w:r>
          </w:p>
        </w:tc>
      </w:tr>
      <w:tr w:rsidR="00150652" w:rsidTr="00483952">
        <w:trPr>
          <w:jc w:val="center"/>
        </w:trPr>
        <w:tc>
          <w:tcPr>
            <w:tcW w:w="345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 xml:space="preserve">Sede Legale </w:t>
            </w:r>
            <w:r>
              <w:rPr>
                <w:rFonts w:ascii="Arial" w:hAnsi="Arial"/>
                <w:b/>
                <w:sz w:val="19"/>
              </w:rPr>
              <w:t>ed Operativa:</w:t>
            </w:r>
          </w:p>
        </w:tc>
        <w:tc>
          <w:tcPr>
            <w:tcW w:w="68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Via/Piazza: </w:t>
            </w:r>
            <w:r>
              <w:rPr>
                <w:rFonts w:ascii="Arial" w:hAnsi="Arial"/>
                <w:sz w:val="19"/>
              </w:rPr>
              <w:br/>
              <w:t xml:space="preserve">Città:                                      CAP:              Prov: </w:t>
            </w:r>
          </w:p>
        </w:tc>
      </w:tr>
      <w:tr w:rsidR="00150652" w:rsidTr="00483952">
        <w:trPr>
          <w:jc w:val="center"/>
        </w:trPr>
        <w:tc>
          <w:tcPr>
            <w:tcW w:w="345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Codice Fiscale / P.IVA Ente:</w:t>
            </w:r>
          </w:p>
        </w:tc>
        <w:tc>
          <w:tcPr>
            <w:tcW w:w="68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0652">
            <w:pPr>
              <w:spacing w:after="0"/>
            </w:pPr>
          </w:p>
        </w:tc>
      </w:tr>
      <w:tr w:rsidR="00150652" w:rsidTr="00483952">
        <w:trPr>
          <w:jc w:val="center"/>
        </w:trPr>
        <w:tc>
          <w:tcPr>
            <w:tcW w:w="345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Figura di Riferimento (Referente):</w:t>
            </w:r>
          </w:p>
        </w:tc>
        <w:tc>
          <w:tcPr>
            <w:tcW w:w="68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Nome e Cognome: </w:t>
            </w:r>
            <w:r>
              <w:rPr>
                <w:rFonts w:ascii="Arial" w:hAnsi="Arial"/>
                <w:sz w:val="19"/>
              </w:rPr>
              <w:br/>
              <w:t xml:space="preserve">Ruolo / Qualifica: </w:t>
            </w:r>
          </w:p>
        </w:tc>
      </w:tr>
      <w:tr w:rsidR="00150652" w:rsidTr="00483952">
        <w:trPr>
          <w:jc w:val="center"/>
        </w:trPr>
        <w:tc>
          <w:tcPr>
            <w:tcW w:w="345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Contatti Referente Ente:</w:t>
            </w:r>
          </w:p>
        </w:tc>
        <w:tc>
          <w:tcPr>
            <w:tcW w:w="68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83952" w:rsidRDefault="00152327">
            <w:pPr>
              <w:spacing w:after="0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 xml:space="preserve">Telefono/Cellulare: </w:t>
            </w:r>
            <w:r>
              <w:rPr>
                <w:rFonts w:ascii="Arial" w:hAnsi="Arial"/>
                <w:sz w:val="19"/>
              </w:rPr>
              <w:br/>
              <w:t xml:space="preserve">E-mail </w:t>
            </w:r>
          </w:p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PEC: </w:t>
            </w:r>
          </w:p>
        </w:tc>
      </w:tr>
    </w:tbl>
    <w:p w:rsidR="00150652" w:rsidRDefault="00152327">
      <w:pPr>
        <w:keepNext/>
        <w:spacing w:before="280" w:after="80"/>
      </w:pPr>
      <w:r>
        <w:rPr>
          <w:rFonts w:ascii="Arial" w:hAnsi="Arial"/>
          <w:b/>
          <w:color w:val="1F4E78"/>
        </w:rPr>
        <w:t>SEZIONE 2 — DATI PERSONALI DEL CANDIDATO / DELLA CANDIDATA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8"/>
        <w:gridCol w:w="6192"/>
      </w:tblGrid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 xml:space="preserve">Nome e </w:t>
            </w:r>
            <w:proofErr w:type="spellStart"/>
            <w:r>
              <w:rPr>
                <w:rFonts w:ascii="Arial" w:hAnsi="Arial"/>
                <w:b/>
                <w:sz w:val="19"/>
              </w:rPr>
              <w:t>Cognome</w:t>
            </w:r>
            <w:proofErr w:type="spellEnd"/>
            <w:r>
              <w:rPr>
                <w:rFonts w:ascii="Arial" w:hAnsi="Arial"/>
                <w:b/>
                <w:sz w:val="19"/>
              </w:rPr>
              <w:t>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0652">
            <w:pPr>
              <w:spacing w:after="0"/>
            </w:pPr>
          </w:p>
        </w:tc>
      </w:tr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Data e Luogo di Nascita: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83952" w:rsidRDefault="00152327">
            <w:pPr>
              <w:spacing w:after="0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sz w:val="19"/>
              </w:rPr>
              <w:t xml:space="preserve">Nato/a a:                                                il:      /      /          </w:t>
            </w:r>
          </w:p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>(</w:t>
            </w:r>
            <w:proofErr w:type="spellStart"/>
            <w:r>
              <w:rPr>
                <w:rFonts w:ascii="Arial" w:hAnsi="Arial"/>
                <w:sz w:val="19"/>
              </w:rPr>
              <w:t>Età</w:t>
            </w:r>
            <w:proofErr w:type="spellEnd"/>
            <w:r>
              <w:rPr>
                <w:rFonts w:ascii="Arial" w:hAnsi="Arial"/>
                <w:sz w:val="19"/>
              </w:rPr>
              <w:t xml:space="preserve">: ____ </w:t>
            </w:r>
            <w:proofErr w:type="spellStart"/>
            <w:r>
              <w:rPr>
                <w:rFonts w:ascii="Arial" w:hAnsi="Arial"/>
                <w:sz w:val="19"/>
              </w:rPr>
              <w:t>anni</w:t>
            </w:r>
            <w:proofErr w:type="spellEnd"/>
            <w:r>
              <w:rPr>
                <w:rFonts w:ascii="Arial" w:hAnsi="Arial"/>
                <w:sz w:val="19"/>
              </w:rPr>
              <w:t>)</w:t>
            </w:r>
          </w:p>
        </w:tc>
      </w:tr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Codice Fiscale e Cittadinanza: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C.F.:                                                     Cittadinanza: </w:t>
            </w:r>
          </w:p>
        </w:tc>
      </w:tr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Residenza e Domicilio Attuale: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proofErr w:type="spellStart"/>
            <w:r>
              <w:rPr>
                <w:rFonts w:ascii="Arial" w:hAnsi="Arial"/>
                <w:sz w:val="19"/>
              </w:rPr>
              <w:t>Presso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 w:rsidR="00483952">
              <w:rPr>
                <w:rFonts w:ascii="Arial" w:hAnsi="Arial"/>
                <w:sz w:val="19"/>
              </w:rPr>
              <w:t>Sede</w:t>
            </w:r>
            <w:proofErr w:type="spellEnd"/>
            <w:r w:rsidR="00483952"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Ente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sz w:val="19"/>
              </w:rPr>
              <w:t>inviante</w:t>
            </w:r>
            <w:proofErr w:type="spellEnd"/>
            <w:r>
              <w:rPr>
                <w:rFonts w:ascii="Arial" w:hAnsi="Arial"/>
                <w:sz w:val="19"/>
              </w:rPr>
              <w:t xml:space="preserve"> / </w:t>
            </w:r>
            <w:proofErr w:type="spellStart"/>
            <w:r>
              <w:rPr>
                <w:rFonts w:ascii="Arial" w:hAnsi="Arial"/>
                <w:sz w:val="19"/>
              </w:rPr>
              <w:t>Altro</w:t>
            </w:r>
            <w:proofErr w:type="spellEnd"/>
            <w:r>
              <w:rPr>
                <w:rFonts w:ascii="Arial" w:hAnsi="Arial"/>
                <w:sz w:val="19"/>
              </w:rPr>
              <w:t xml:space="preserve"> indirizzo: </w:t>
            </w:r>
          </w:p>
        </w:tc>
      </w:tr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Contatti Diretti Candidato/a: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Cellulare:                                             E-mail: </w:t>
            </w:r>
          </w:p>
        </w:tc>
      </w:tr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Percorso e Tit</w:t>
            </w:r>
            <w:r>
              <w:rPr>
                <w:rFonts w:ascii="Arial" w:hAnsi="Arial"/>
                <w:b/>
                <w:sz w:val="19"/>
              </w:rPr>
              <w:t>oli di Studio: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Titolo di studio conseguito: </w:t>
            </w:r>
            <w:r>
              <w:rPr>
                <w:rFonts w:ascii="Arial" w:hAnsi="Arial"/>
                <w:sz w:val="19"/>
              </w:rPr>
              <w:br/>
              <w:t xml:space="preserve">Eventuali corsi di formazione / </w:t>
            </w:r>
            <w:proofErr w:type="spellStart"/>
            <w:r>
              <w:rPr>
                <w:rFonts w:ascii="Arial" w:hAnsi="Arial"/>
                <w:sz w:val="19"/>
              </w:rPr>
              <w:t>specializzazione</w:t>
            </w:r>
            <w:proofErr w:type="spellEnd"/>
            <w:r>
              <w:rPr>
                <w:rFonts w:ascii="Arial" w:hAnsi="Arial"/>
                <w:sz w:val="19"/>
              </w:rPr>
              <w:t xml:space="preserve"> in </w:t>
            </w:r>
            <w:proofErr w:type="spellStart"/>
            <w:r>
              <w:rPr>
                <w:rFonts w:ascii="Arial" w:hAnsi="Arial"/>
                <w:sz w:val="19"/>
              </w:rPr>
              <w:t>corso</w:t>
            </w:r>
            <w:proofErr w:type="spellEnd"/>
            <w:r w:rsidR="00483952">
              <w:rPr>
                <w:rFonts w:ascii="Arial" w:hAnsi="Arial"/>
                <w:sz w:val="19"/>
              </w:rPr>
              <w:t xml:space="preserve">, </w:t>
            </w:r>
            <w:proofErr w:type="spellStart"/>
            <w:r w:rsidR="00483952">
              <w:rPr>
                <w:rFonts w:ascii="Arial" w:hAnsi="Arial"/>
                <w:sz w:val="19"/>
              </w:rPr>
              <w:t>frequentati</w:t>
            </w:r>
            <w:proofErr w:type="spellEnd"/>
            <w:r>
              <w:rPr>
                <w:rFonts w:ascii="Arial" w:hAnsi="Arial"/>
                <w:sz w:val="19"/>
              </w:rPr>
              <w:t xml:space="preserve"> o </w:t>
            </w:r>
            <w:proofErr w:type="spellStart"/>
            <w:r>
              <w:rPr>
                <w:rFonts w:ascii="Arial" w:hAnsi="Arial"/>
                <w:sz w:val="19"/>
              </w:rPr>
              <w:t>conclusi</w:t>
            </w:r>
            <w:proofErr w:type="spellEnd"/>
            <w:r>
              <w:rPr>
                <w:rFonts w:ascii="Arial" w:hAnsi="Arial"/>
                <w:sz w:val="19"/>
              </w:rPr>
              <w:t xml:space="preserve">: </w:t>
            </w:r>
          </w:p>
        </w:tc>
      </w:tr>
      <w:tr w:rsidR="00150652" w:rsidTr="00483952">
        <w:trPr>
          <w:jc w:val="center"/>
        </w:trPr>
        <w:tc>
          <w:tcPr>
            <w:tcW w:w="416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 xml:space="preserve">Lingue </w:t>
            </w:r>
            <w:proofErr w:type="spellStart"/>
            <w:r w:rsidR="00483952">
              <w:rPr>
                <w:rFonts w:ascii="Arial" w:hAnsi="Arial"/>
                <w:b/>
                <w:sz w:val="19"/>
              </w:rPr>
              <w:t>c</w:t>
            </w:r>
            <w:r>
              <w:rPr>
                <w:rFonts w:ascii="Arial" w:hAnsi="Arial"/>
                <w:b/>
                <w:sz w:val="19"/>
              </w:rPr>
              <w:t>onosciute</w:t>
            </w:r>
            <w:proofErr w:type="spellEnd"/>
            <w:r>
              <w:rPr>
                <w:rFonts w:ascii="Arial" w:hAnsi="Arial"/>
                <w:b/>
                <w:sz w:val="19"/>
              </w:rPr>
              <w:t>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9"/>
              </w:rPr>
              <w:t xml:space="preserve">Lingua Madre: </w:t>
            </w:r>
            <w:r>
              <w:rPr>
                <w:rFonts w:ascii="Arial" w:hAnsi="Arial"/>
                <w:sz w:val="19"/>
              </w:rPr>
              <w:br/>
              <w:t xml:space="preserve">Altre lingue e livello (es. A2, B1, B2): </w:t>
            </w:r>
          </w:p>
        </w:tc>
      </w:tr>
    </w:tbl>
    <w:p w:rsidR="00150652" w:rsidRDefault="00152327">
      <w:pPr>
        <w:keepNext/>
        <w:spacing w:before="280" w:after="80"/>
      </w:pPr>
      <w:r>
        <w:rPr>
          <w:rFonts w:ascii="Arial" w:hAnsi="Arial"/>
          <w:b/>
          <w:color w:val="1F4E78"/>
        </w:rPr>
        <w:t>SEZIONE 3 — COMPETENZE PARTICOLARI ED ESPERIENZE PREGRESSE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7"/>
        <w:gridCol w:w="6192"/>
      </w:tblGrid>
      <w:tr w:rsidR="00150652" w:rsidTr="00483952">
        <w:trPr>
          <w:jc w:val="center"/>
        </w:trPr>
        <w:tc>
          <w:tcPr>
            <w:tcW w:w="41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proofErr w:type="spellStart"/>
            <w:r>
              <w:rPr>
                <w:rFonts w:ascii="Arial" w:hAnsi="Arial"/>
                <w:b/>
                <w:sz w:val="19"/>
              </w:rPr>
              <w:t>Competenze</w:t>
            </w:r>
            <w:proofErr w:type="spellEnd"/>
            <w:r>
              <w:rPr>
                <w:rFonts w:ascii="Arial" w:hAnsi="Arial"/>
                <w:b/>
                <w:sz w:val="19"/>
              </w:rPr>
              <w:t xml:space="preserve"> </w:t>
            </w:r>
            <w:r w:rsidR="00483952">
              <w:rPr>
                <w:rFonts w:ascii="Arial" w:hAnsi="Arial"/>
                <w:b/>
                <w:sz w:val="19"/>
              </w:rPr>
              <w:t>o</w:t>
            </w:r>
            <w:r>
              <w:rPr>
                <w:rFonts w:ascii="Arial" w:hAnsi="Arial"/>
                <w:b/>
                <w:sz w:val="19"/>
              </w:rPr>
              <w:t xml:space="preserve">perative e </w:t>
            </w:r>
            <w:proofErr w:type="spellStart"/>
            <w:r w:rsidR="00483952">
              <w:rPr>
                <w:rFonts w:ascii="Arial" w:hAnsi="Arial"/>
                <w:b/>
                <w:sz w:val="19"/>
              </w:rPr>
              <w:t>r</w:t>
            </w:r>
            <w:r>
              <w:rPr>
                <w:rFonts w:ascii="Arial" w:hAnsi="Arial"/>
                <w:b/>
                <w:sz w:val="19"/>
              </w:rPr>
              <w:t>elazionali</w:t>
            </w:r>
            <w:proofErr w:type="spellEnd"/>
            <w:r>
              <w:rPr>
                <w:rFonts w:ascii="Arial" w:hAnsi="Arial"/>
                <w:b/>
                <w:sz w:val="19"/>
              </w:rPr>
              <w:t>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i/>
                <w:color w:val="646464"/>
                <w:sz w:val="18"/>
              </w:rPr>
              <w:br/>
            </w:r>
            <w:r>
              <w:rPr>
                <w:rFonts w:ascii="Arial" w:hAnsi="Arial"/>
                <w:i/>
                <w:color w:val="646464"/>
                <w:sz w:val="18"/>
              </w:rPr>
              <w:br/>
            </w:r>
            <w:r>
              <w:rPr>
                <w:rFonts w:ascii="Arial" w:hAnsi="Arial"/>
                <w:i/>
                <w:color w:val="646464"/>
                <w:sz w:val="18"/>
              </w:rPr>
              <w:br/>
            </w:r>
          </w:p>
        </w:tc>
      </w:tr>
      <w:tr w:rsidR="00150652" w:rsidTr="00483952">
        <w:trPr>
          <w:jc w:val="center"/>
        </w:trPr>
        <w:tc>
          <w:tcPr>
            <w:tcW w:w="41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Esperienze Lavorative o Volontariato: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i/>
                <w:color w:val="646464"/>
                <w:sz w:val="18"/>
              </w:rPr>
              <w:br/>
            </w:r>
            <w:r>
              <w:rPr>
                <w:rFonts w:ascii="Arial" w:hAnsi="Arial"/>
                <w:i/>
                <w:color w:val="646464"/>
                <w:sz w:val="18"/>
              </w:rPr>
              <w:lastRenderedPageBreak/>
              <w:br/>
            </w:r>
            <w:r>
              <w:rPr>
                <w:rFonts w:ascii="Arial" w:hAnsi="Arial"/>
                <w:i/>
                <w:color w:val="646464"/>
                <w:sz w:val="18"/>
              </w:rPr>
              <w:br/>
            </w:r>
          </w:p>
        </w:tc>
      </w:tr>
    </w:tbl>
    <w:p w:rsidR="00150652" w:rsidRDefault="00152327">
      <w:pPr>
        <w:keepNext/>
        <w:spacing w:before="280" w:after="80"/>
      </w:pPr>
      <w:r>
        <w:rPr>
          <w:rFonts w:ascii="Arial" w:hAnsi="Arial"/>
          <w:b/>
          <w:color w:val="1F4E78"/>
        </w:rPr>
        <w:lastRenderedPageBreak/>
        <w:t>SEZIONE 4 — BISOGNI SPECIFICI E NOTE PER LA RESIDENZIALITÀ (AREA RISERVATA)</w:t>
      </w:r>
    </w:p>
    <w:p w:rsidR="00150652" w:rsidRDefault="00150652">
      <w:pPr>
        <w:spacing w:before="40" w:after="8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31"/>
      </w:tblGrid>
      <w:tr w:rsidR="00150652" w:rsidTr="00483952">
        <w:trPr>
          <w:jc w:val="center"/>
        </w:trPr>
        <w:tc>
          <w:tcPr>
            <w:tcW w:w="10431" w:type="dxa"/>
            <w:shd w:val="clear" w:color="auto" w:fill="FFF2C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83952" w:rsidRDefault="00152327">
            <w:pPr>
              <w:spacing w:after="80"/>
              <w:rPr>
                <w:rFonts w:ascii="Arial" w:hAnsi="Arial"/>
                <w:b/>
                <w:color w:val="783200"/>
                <w:sz w:val="18"/>
              </w:rPr>
            </w:pPr>
            <w:r>
              <w:rPr>
                <w:rFonts w:ascii="Arial" w:hAnsi="Arial"/>
                <w:b/>
                <w:color w:val="964B00"/>
                <w:sz w:val="19"/>
              </w:rPr>
              <w:t>AVVISO IMPORTANTE SULLA SEZIONE NOTE:</w:t>
            </w:r>
            <w:r>
              <w:rPr>
                <w:rFonts w:ascii="Arial" w:hAnsi="Arial"/>
                <w:b/>
                <w:color w:val="964B00"/>
                <w:sz w:val="19"/>
              </w:rPr>
              <w:br/>
            </w:r>
            <w:r>
              <w:rPr>
                <w:rFonts w:ascii="Arial" w:hAnsi="Arial"/>
                <w:b/>
                <w:color w:val="783200"/>
                <w:sz w:val="18"/>
              </w:rPr>
              <w:t>Si precisa esplicitamente che le informazioni riportate in questa se</w:t>
            </w:r>
            <w:r>
              <w:rPr>
                <w:rFonts w:ascii="Arial" w:hAnsi="Arial"/>
                <w:b/>
                <w:color w:val="783200"/>
                <w:sz w:val="18"/>
              </w:rPr>
              <w:t xml:space="preserve">zione hanno valore esclusivamente organizzativo, logistico e di supporto alla permanenza nell'alloggio temporaneo di </w:t>
            </w:r>
            <w:proofErr w:type="spellStart"/>
            <w:r>
              <w:rPr>
                <w:rFonts w:ascii="Arial" w:hAnsi="Arial"/>
                <w:b/>
                <w:color w:val="783200"/>
                <w:sz w:val="18"/>
              </w:rPr>
              <w:t>WakeHub</w:t>
            </w:r>
            <w:proofErr w:type="spellEnd"/>
            <w:r>
              <w:rPr>
                <w:rFonts w:ascii="Arial" w:hAnsi="Arial"/>
                <w:b/>
                <w:color w:val="783200"/>
                <w:sz w:val="18"/>
              </w:rPr>
              <w:t xml:space="preserve">. </w:t>
            </w:r>
          </w:p>
          <w:p w:rsidR="00150652" w:rsidRDefault="00152327">
            <w:pPr>
              <w:spacing w:after="80"/>
            </w:pPr>
            <w:r>
              <w:rPr>
                <w:rFonts w:ascii="Arial" w:hAnsi="Arial"/>
                <w:b/>
                <w:color w:val="783200"/>
                <w:sz w:val="18"/>
              </w:rPr>
              <w:t>TALI INFORMAZIONI NON COSTITUISCONO IN ALCUN MODO OGGETTO DI VALUTAZIONE AI FINI DELLA GRADUATORIA DI MERITO.</w:t>
            </w:r>
          </w:p>
          <w:p w:rsidR="00150652" w:rsidRDefault="00152327">
            <w:pPr>
              <w:spacing w:before="120" w:after="0"/>
            </w:pPr>
            <w:r>
              <w:rPr>
                <w:rFonts w:ascii="Arial" w:hAnsi="Arial"/>
                <w:i/>
                <w:color w:val="505050"/>
                <w:sz w:val="18"/>
              </w:rPr>
              <w:t>Indicare e</w:t>
            </w:r>
            <w:r>
              <w:rPr>
                <w:rFonts w:ascii="Arial" w:hAnsi="Arial"/>
                <w:i/>
                <w:color w:val="505050"/>
                <w:sz w:val="18"/>
              </w:rPr>
              <w:t>ventuali bisogni specifici del/della giovane (es. esigenze alimentari, supporto sanitario/farmacologico, accessibilità o attenzioni particolari utili per la gestione della vita comunitaria):</w:t>
            </w:r>
            <w:r>
              <w:rPr>
                <w:rFonts w:ascii="Arial" w:hAnsi="Arial"/>
                <w:i/>
                <w:color w:val="505050"/>
                <w:sz w:val="18"/>
              </w:rPr>
              <w:br/>
            </w:r>
            <w:r>
              <w:rPr>
                <w:rFonts w:ascii="Arial" w:hAnsi="Arial"/>
                <w:i/>
                <w:color w:val="505050"/>
                <w:sz w:val="18"/>
              </w:rPr>
              <w:br/>
            </w:r>
            <w:r>
              <w:rPr>
                <w:rFonts w:ascii="Arial" w:hAnsi="Arial"/>
                <w:i/>
                <w:color w:val="505050"/>
                <w:sz w:val="18"/>
              </w:rPr>
              <w:br/>
            </w:r>
            <w:r>
              <w:rPr>
                <w:rFonts w:ascii="Arial" w:hAnsi="Arial"/>
                <w:i/>
                <w:color w:val="505050"/>
                <w:sz w:val="18"/>
              </w:rPr>
              <w:br/>
            </w:r>
          </w:p>
        </w:tc>
      </w:tr>
    </w:tbl>
    <w:p w:rsidR="00150652" w:rsidRDefault="00150652">
      <w:pPr>
        <w:spacing w:after="60"/>
        <w:ind w:left="360"/>
      </w:pPr>
    </w:p>
    <w:p w:rsidR="00150652" w:rsidRDefault="00152327">
      <w:pPr>
        <w:keepNext/>
        <w:spacing w:before="280" w:after="80"/>
      </w:pPr>
      <w:r>
        <w:rPr>
          <w:rFonts w:ascii="Arial" w:hAnsi="Arial"/>
          <w:b/>
          <w:color w:val="1F4E78"/>
        </w:rPr>
        <w:t xml:space="preserve">SEZIONE </w:t>
      </w:r>
      <w:r w:rsidR="00483952">
        <w:rPr>
          <w:rFonts w:ascii="Arial" w:hAnsi="Arial"/>
          <w:b/>
          <w:color w:val="1F4E78"/>
        </w:rPr>
        <w:t>5</w:t>
      </w:r>
      <w:r>
        <w:rPr>
          <w:rFonts w:ascii="Arial" w:hAnsi="Arial"/>
          <w:b/>
          <w:color w:val="1F4E78"/>
        </w:rPr>
        <w:t xml:space="preserve"> — FIRME E DOCUMENTI ALLEGATI</w:t>
      </w:r>
    </w:p>
    <w:p w:rsidR="00150652" w:rsidRDefault="00152327">
      <w:pPr>
        <w:spacing w:before="160" w:after="280"/>
      </w:pPr>
      <w:r>
        <w:rPr>
          <w:rFonts w:ascii="Arial" w:hAnsi="Arial"/>
          <w:sz w:val="19"/>
        </w:rPr>
        <w:t>Luogo e Data: __________________________, il _____ / _____ / 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150652">
        <w:trPr>
          <w:jc w:val="center"/>
        </w:trPr>
        <w:tc>
          <w:tcPr>
            <w:tcW w:w="4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50652" w:rsidRDefault="00152327">
            <w:r>
              <w:rPr>
                <w:sz w:val="19"/>
              </w:rPr>
              <w:t xml:space="preserve">Firma del Legale Rappresentante / Responsabile dell'Ente </w:t>
            </w:r>
            <w:r>
              <w:rPr>
                <w:sz w:val="19"/>
              </w:rPr>
              <w:t>Inviante: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_________________________________________</w:t>
            </w:r>
          </w:p>
        </w:tc>
        <w:tc>
          <w:tcPr>
            <w:tcW w:w="4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50652" w:rsidRDefault="00152327">
            <w:r>
              <w:rPr>
                <w:sz w:val="19"/>
              </w:rPr>
              <w:t>Firma del/della Candidato/a: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_________________________________________</w:t>
            </w:r>
          </w:p>
        </w:tc>
      </w:tr>
      <w:tr w:rsidR="00150652">
        <w:trPr>
          <w:jc w:val="center"/>
        </w:trPr>
        <w:tc>
          <w:tcPr>
            <w:tcW w:w="4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50652" w:rsidRDefault="00150652">
            <w:bookmarkStart w:id="0" w:name="_GoBack"/>
            <w:bookmarkEnd w:id="0"/>
          </w:p>
        </w:tc>
        <w:tc>
          <w:tcPr>
            <w:tcW w:w="46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50652" w:rsidRDefault="00150652"/>
        </w:tc>
      </w:tr>
    </w:tbl>
    <w:p w:rsidR="00150652" w:rsidRDefault="00152327">
      <w:pPr>
        <w:keepNext/>
        <w:spacing w:before="280" w:after="80"/>
      </w:pPr>
      <w:r>
        <w:rPr>
          <w:rFonts w:ascii="Arial" w:hAnsi="Arial"/>
          <w:b/>
          <w:color w:val="1F4E78"/>
          <w:sz w:val="19"/>
        </w:rPr>
        <w:t>ELENCO ALLEGATI OBBLIGATORI DA INVIARE UNITAMENTE AL MODULO A: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200"/>
      </w:tblGrid>
      <w:tr w:rsidR="00150652">
        <w:trPr>
          <w:jc w:val="center"/>
        </w:trPr>
        <w:tc>
          <w:tcPr>
            <w:tcW w:w="216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[  ] Allegato 1</w:t>
            </w:r>
          </w:p>
        </w:tc>
        <w:tc>
          <w:tcPr>
            <w:tcW w:w="7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8"/>
              </w:rPr>
              <w:t>Copia del documento di identità in corso di va</w:t>
            </w:r>
            <w:r>
              <w:rPr>
                <w:rFonts w:ascii="Arial" w:hAnsi="Arial"/>
                <w:sz w:val="18"/>
              </w:rPr>
              <w:t>lidità del/della CANDIDATO/A</w:t>
            </w:r>
          </w:p>
        </w:tc>
      </w:tr>
      <w:tr w:rsidR="00150652">
        <w:trPr>
          <w:jc w:val="center"/>
        </w:trPr>
        <w:tc>
          <w:tcPr>
            <w:tcW w:w="216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[  ] Allegato 2</w:t>
            </w:r>
          </w:p>
        </w:tc>
        <w:tc>
          <w:tcPr>
            <w:tcW w:w="7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0652" w:rsidRDefault="00152327">
            <w:pPr>
              <w:spacing w:after="0"/>
            </w:pPr>
            <w:r>
              <w:rPr>
                <w:rFonts w:ascii="Arial" w:hAnsi="Arial"/>
                <w:sz w:val="18"/>
              </w:rPr>
              <w:t>Copia del documento di identità in corso di validità del RESPONSABILE DELL'ENTE INVIANTE</w:t>
            </w:r>
          </w:p>
        </w:tc>
      </w:tr>
      <w:tr w:rsidR="00483952" w:rsidTr="003A4229">
        <w:trPr>
          <w:jc w:val="center"/>
        </w:trPr>
        <w:tc>
          <w:tcPr>
            <w:tcW w:w="216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83952" w:rsidRDefault="00483952" w:rsidP="003A4229">
            <w:pPr>
              <w:spacing w:after="0"/>
            </w:pPr>
            <w:proofErr w:type="gramStart"/>
            <w:r>
              <w:rPr>
                <w:rFonts w:ascii="Arial" w:hAnsi="Arial"/>
                <w:b/>
                <w:sz w:val="18"/>
              </w:rPr>
              <w:t>[  ]</w:t>
            </w:r>
            <w:proofErr w:type="gram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Allegato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3</w:t>
            </w:r>
          </w:p>
        </w:tc>
        <w:tc>
          <w:tcPr>
            <w:tcW w:w="7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83952" w:rsidRDefault="00483952" w:rsidP="003A4229">
            <w:pPr>
              <w:spacing w:after="0"/>
            </w:pPr>
            <w:proofErr w:type="spellStart"/>
            <w:r>
              <w:rPr>
                <w:rFonts w:ascii="Arial" w:hAnsi="Arial"/>
                <w:sz w:val="18"/>
              </w:rPr>
              <w:t>Relazione</w:t>
            </w:r>
            <w:proofErr w:type="spellEnd"/>
            <w:r>
              <w:rPr>
                <w:rFonts w:ascii="Arial" w:hAnsi="Arial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sz w:val="18"/>
              </w:rPr>
              <w:t>Progetto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dettagliato</w:t>
            </w:r>
            <w:proofErr w:type="spellEnd"/>
            <w:r>
              <w:rPr>
                <w:rFonts w:ascii="Arial" w:hAnsi="Arial"/>
                <w:sz w:val="18"/>
              </w:rPr>
              <w:t xml:space="preserve"> di </w:t>
            </w:r>
            <w:proofErr w:type="spellStart"/>
            <w:r>
              <w:rPr>
                <w:rFonts w:ascii="Arial" w:hAnsi="Arial"/>
                <w:sz w:val="18"/>
              </w:rPr>
              <w:t>avviamento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all'autonomia</w:t>
            </w:r>
            <w:proofErr w:type="spellEnd"/>
            <w:r>
              <w:rPr>
                <w:rFonts w:ascii="Arial" w:hAnsi="Arial"/>
                <w:sz w:val="18"/>
              </w:rPr>
              <w:t xml:space="preserve"> (</w:t>
            </w:r>
            <w:proofErr w:type="spellStart"/>
            <w:r>
              <w:rPr>
                <w:rFonts w:ascii="Arial" w:hAnsi="Arial"/>
                <w:sz w:val="18"/>
              </w:rPr>
              <w:t>firmato</w:t>
            </w:r>
            <w:proofErr w:type="spellEnd"/>
            <w:r>
              <w:rPr>
                <w:rFonts w:ascii="Arial" w:hAnsi="Arial"/>
                <w:sz w:val="18"/>
              </w:rPr>
              <w:t xml:space="preserve"> da </w:t>
            </w:r>
            <w:proofErr w:type="spellStart"/>
            <w:r>
              <w:rPr>
                <w:rFonts w:ascii="Arial" w:hAnsi="Arial"/>
                <w:sz w:val="18"/>
              </w:rPr>
              <w:t>Ente</w:t>
            </w:r>
            <w:proofErr w:type="spellEnd"/>
            <w:r>
              <w:rPr>
                <w:rFonts w:ascii="Arial" w:hAnsi="Arial"/>
                <w:sz w:val="18"/>
              </w:rPr>
              <w:t xml:space="preserve"> e </w:t>
            </w:r>
            <w:proofErr w:type="spellStart"/>
            <w:r>
              <w:rPr>
                <w:rFonts w:ascii="Arial" w:hAnsi="Arial"/>
                <w:sz w:val="18"/>
              </w:rPr>
              <w:t>Candidato</w:t>
            </w:r>
            <w:proofErr w:type="spellEnd"/>
            <w:r>
              <w:rPr>
                <w:rFonts w:ascii="Arial" w:hAnsi="Arial"/>
                <w:sz w:val="18"/>
              </w:rPr>
              <w:t>/a)</w:t>
            </w:r>
          </w:p>
        </w:tc>
      </w:tr>
      <w:tr w:rsidR="00150652">
        <w:trPr>
          <w:jc w:val="center"/>
        </w:trPr>
        <w:tc>
          <w:tcPr>
            <w:tcW w:w="216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0652" w:rsidRDefault="00152327">
            <w:pPr>
              <w:spacing w:after="0"/>
            </w:pPr>
            <w:proofErr w:type="gramStart"/>
            <w:r>
              <w:rPr>
                <w:rFonts w:ascii="Arial" w:hAnsi="Arial"/>
                <w:b/>
                <w:sz w:val="18"/>
              </w:rPr>
              <w:t>[  ]</w:t>
            </w:r>
            <w:proofErr w:type="gram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Allegato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r w:rsidR="00483952"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7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0652" w:rsidRDefault="00483952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CV del/la </w:t>
            </w:r>
            <w:proofErr w:type="spellStart"/>
            <w:r>
              <w:rPr>
                <w:rFonts w:ascii="Arial" w:hAnsi="Arial"/>
                <w:sz w:val="18"/>
              </w:rPr>
              <w:t>candidato</w:t>
            </w:r>
            <w:proofErr w:type="spellEnd"/>
            <w:r>
              <w:rPr>
                <w:rFonts w:ascii="Arial" w:hAnsi="Arial"/>
                <w:sz w:val="18"/>
              </w:rPr>
              <w:t>/a</w:t>
            </w:r>
          </w:p>
        </w:tc>
      </w:tr>
    </w:tbl>
    <w:p w:rsidR="00152327" w:rsidRDefault="00152327"/>
    <w:sectPr w:rsidR="00152327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327" w:rsidRDefault="00152327">
      <w:pPr>
        <w:spacing w:after="0" w:line="240" w:lineRule="auto"/>
      </w:pPr>
      <w:r>
        <w:separator/>
      </w:r>
    </w:p>
  </w:endnote>
  <w:endnote w:type="continuationSeparator" w:id="0">
    <w:p w:rsidR="00152327" w:rsidRDefault="00152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652" w:rsidRDefault="00152327">
    <w:pPr>
      <w:pStyle w:val="Pidipagina"/>
    </w:pPr>
    <w:r>
      <w:rPr>
        <w:rFonts w:ascii="Arial" w:hAnsi="Arial"/>
        <w:color w:val="787878"/>
        <w:sz w:val="17"/>
      </w:rPr>
      <w:t>Allegato Bando "Nuove Strade" • Modulo 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327" w:rsidRDefault="00152327">
      <w:pPr>
        <w:spacing w:after="0" w:line="240" w:lineRule="auto"/>
      </w:pPr>
      <w:r>
        <w:separator/>
      </w:r>
    </w:p>
  </w:footnote>
  <w:footnote w:type="continuationSeparator" w:id="0">
    <w:p w:rsidR="00152327" w:rsidRDefault="00152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652" w:rsidRDefault="00152327">
    <w:pPr>
      <w:pStyle w:val="Intestazione"/>
      <w:jc w:val="right"/>
    </w:pPr>
    <w:r>
      <w:rPr>
        <w:rFonts w:ascii="Arial" w:hAnsi="Arial"/>
        <w:color w:val="787878"/>
        <w:sz w:val="17"/>
      </w:rPr>
      <w:t>Bando Nuove Strade — Modulo A: Scheda di Candidatura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652"/>
    <w:rsid w:val="0015074B"/>
    <w:rsid w:val="00152327"/>
    <w:rsid w:val="0029639D"/>
    <w:rsid w:val="00326F90"/>
    <w:rsid w:val="0048395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73B21"/>
  <w14:defaultImageDpi w14:val="300"/>
  <w15:docId w15:val="{5997B897-974C-4FA6-B339-5C1E9C0C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D51356-835C-4DC7-AC4C-6388EF35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Stefano De Stefani</cp:lastModifiedBy>
  <cp:revision>2</cp:revision>
  <dcterms:created xsi:type="dcterms:W3CDTF">2013-12-23T23:15:00Z</dcterms:created>
  <dcterms:modified xsi:type="dcterms:W3CDTF">2026-09-30T07:47:00Z</dcterms:modified>
  <cp:category/>
</cp:coreProperties>
</file>